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KIKÖLTÖZÉSI NYILATKOZAT</w:t>
      </w:r>
    </w:p>
    <w:p>
      <w:r>
        <w:br/>
        <w:t xml:space="preserve">Alulírott, [Bérlő neve], születési helye, ideje: [Bérlő születési helye, ideje], anyja neve: [Anyja neve], lakcíme: [Bérlő lakcíme], </w:t>
        <w:br/>
        <w:t>tudomásul veszem és vállalom az alábbiakat:</w:t>
        <w:br/>
      </w:r>
    </w:p>
    <w:p>
      <w:r>
        <w:br/>
        <w:t xml:space="preserve">1. Kijelentem, hogy a [Bérleti szerződés dátuma] napján köztem, mint bérlő és [Tulajdonos neve], mint bérbeadó között </w:t>
        <w:br/>
        <w:t>létrejött bérleti szerződés alapján a [Bérlemény pontos címe] szám alatti ingatlant bérelem.</w:t>
        <w:br/>
        <w:br/>
        <w:t xml:space="preserve">2. Tudomásul veszem és vállalom, hogy a bérleti szerződés megszűnése, felmondása vagy egyéb okból történő </w:t>
        <w:br/>
        <w:t xml:space="preserve">érvénytelenné válása esetén a fent nevezett ingatlant legkésőbb az adott időpontig önkéntesen és minden további </w:t>
        <w:br/>
        <w:t>eljárás nélkül elhagyom, személyes dolgaimat eltávolítom, és az ingatlant a bérbeadó részére visszaadom.</w:t>
        <w:br/>
        <w:br/>
        <w:t xml:space="preserve">3. Kijelentem, hogy amennyiben a fentieknek nem teszek eleget, úgy a jelen nyilatkozat közvetlenül végrehajtható </w:t>
        <w:br/>
        <w:t xml:space="preserve">közokiratnak minősül, és a bérbeadó jogosult velem szemben közvetlen végrehajtást kezdeményezni az ingatlan </w:t>
        <w:br/>
        <w:t>kiürítése érdekében.</w:t>
        <w:br/>
        <w:br/>
        <w:t xml:space="preserve">4. Tudomásul veszem, hogy a jelen nyilatkozatot közjegyző előtt teszem, és vállalom annak minden jogi </w:t>
        <w:br/>
        <w:t>következményét.</w:t>
        <w:br/>
      </w:r>
    </w:p>
    <w:p>
      <w:r>
        <w:br/>
        <w:t>Kelt: [Dátum], [Helység]</w:t>
      </w:r>
    </w:p>
    <w:p>
      <w:r>
        <w:br/>
        <w:br/>
        <w:t>___________________________</w:t>
        <w:br/>
        <w:t>Bérlő neve és aláírása</w:t>
      </w:r>
    </w:p>
    <w:p>
      <w:r>
        <w:br/>
        <w:br/>
        <w:t>___________________________</w:t>
        <w:br/>
        <w:t>Közjegyző neve és aláírása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